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36E0D" w14:textId="77777777" w:rsidR="00154D52" w:rsidRPr="00353691" w:rsidRDefault="00000000">
      <w:pPr>
        <w:jc w:val="center"/>
        <w:rPr>
          <w:rFonts w:asciiTheme="majorHAnsi" w:hAnsiTheme="majorHAnsi" w:cstheme="majorHAnsi"/>
          <w:sz w:val="20"/>
          <w:szCs w:val="20"/>
        </w:rPr>
      </w:pPr>
      <w:r w:rsidRPr="00353691">
        <w:rPr>
          <w:rFonts w:asciiTheme="majorHAnsi" w:hAnsiTheme="majorHAnsi" w:cstheme="majorHAnsi"/>
          <w:b/>
          <w:sz w:val="36"/>
          <w:szCs w:val="20"/>
        </w:rPr>
        <w:t>PROTOCOLO DE REMISIÓN DE MUESTRAS</w:t>
      </w:r>
    </w:p>
    <w:p w14:paraId="46C7EA71" w14:textId="3A08DDB9" w:rsidR="00154D52" w:rsidRDefault="00000000" w:rsidP="00353691">
      <w:pPr>
        <w:jc w:val="center"/>
        <w:rPr>
          <w:rFonts w:asciiTheme="majorHAnsi" w:hAnsiTheme="majorHAnsi" w:cstheme="majorHAnsi"/>
        </w:rPr>
      </w:pPr>
      <w:r w:rsidRPr="00353691">
        <w:rPr>
          <w:rFonts w:asciiTheme="majorHAnsi" w:hAnsiTheme="majorHAnsi" w:cstheme="majorHAnsi"/>
          <w:i/>
          <w:sz w:val="20"/>
        </w:rPr>
        <w:t xml:space="preserve">Hospital Escuela de Salud Animal • Laboratorio de </w:t>
      </w:r>
      <w:proofErr w:type="spellStart"/>
      <w:r w:rsidRPr="00353691">
        <w:rPr>
          <w:rFonts w:asciiTheme="majorHAnsi" w:hAnsiTheme="majorHAnsi" w:cstheme="majorHAnsi"/>
          <w:i/>
          <w:sz w:val="20"/>
        </w:rPr>
        <w:t>Anatomía</w:t>
      </w:r>
      <w:proofErr w:type="spellEnd"/>
      <w:r w:rsidRPr="00353691">
        <w:rPr>
          <w:rFonts w:asciiTheme="majorHAnsi" w:hAnsiTheme="majorHAnsi" w:cstheme="majorHAnsi"/>
          <w:i/>
          <w:sz w:val="20"/>
        </w:rPr>
        <w:t xml:space="preserve"> </w:t>
      </w:r>
      <w:proofErr w:type="spellStart"/>
      <w:r w:rsidRPr="00353691">
        <w:rPr>
          <w:rFonts w:asciiTheme="majorHAnsi" w:hAnsiTheme="majorHAnsi" w:cstheme="majorHAnsi"/>
          <w:i/>
          <w:sz w:val="20"/>
        </w:rPr>
        <w:t>Patológica</w:t>
      </w:r>
      <w:proofErr w:type="spellEnd"/>
    </w:p>
    <w:p w14:paraId="7CBF9569" w14:textId="77777777" w:rsidR="00353691" w:rsidRPr="00353691" w:rsidRDefault="00353691" w:rsidP="00353691">
      <w:pPr>
        <w:jc w:val="center"/>
        <w:rPr>
          <w:rFonts w:asciiTheme="majorHAnsi" w:hAnsiTheme="majorHAnsi" w:cstheme="majorHAnsi"/>
        </w:rPr>
      </w:pPr>
    </w:p>
    <w:p w14:paraId="7E79DEAB" w14:textId="77777777" w:rsidR="00154D52" w:rsidRPr="00353691" w:rsidRDefault="00000000">
      <w:pPr>
        <w:rPr>
          <w:rFonts w:asciiTheme="majorHAnsi" w:hAnsiTheme="majorHAnsi" w:cstheme="majorHAnsi"/>
        </w:rPr>
      </w:pPr>
      <w:r w:rsidRPr="00353691">
        <w:rPr>
          <w:rFonts w:asciiTheme="majorHAnsi" w:hAnsiTheme="majorHAnsi" w:cstheme="majorHAnsi"/>
          <w:b/>
          <w:sz w:val="26"/>
        </w:rPr>
        <w:t>1. INFORMACIÓN DEL ANIMAL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100"/>
        <w:gridCol w:w="5100"/>
      </w:tblGrid>
      <w:tr w:rsidR="00154D52" w:rsidRPr="00353691" w14:paraId="45B4C753" w14:textId="77777777" w:rsidTr="00353691">
        <w:trPr>
          <w:trHeight w:val="1033"/>
        </w:trPr>
        <w:tc>
          <w:tcPr>
            <w:tcW w:w="5100" w:type="dxa"/>
            <w:shd w:val="clear" w:color="auto" w:fill="EDE7F6"/>
          </w:tcPr>
          <w:p w14:paraId="24603C5C" w14:textId="5115F798" w:rsidR="00154D52" w:rsidRPr="00353691" w:rsidRDefault="00353691">
            <w:pPr>
              <w:rPr>
                <w:rFonts w:asciiTheme="majorHAnsi" w:hAnsiTheme="majorHAnsi" w:cstheme="majorHAnsi"/>
              </w:rPr>
            </w:pPr>
            <w:r w:rsidRPr="00353691">
              <w:rPr>
                <w:rFonts w:asciiTheme="majorHAnsi" w:hAnsiTheme="majorHAnsi" w:cstheme="majorHAnsi"/>
                <w:b/>
                <w:sz w:val="20"/>
              </w:rPr>
              <w:t>ESPECIE</w:t>
            </w:r>
            <w:r w:rsidRPr="00353691">
              <w:rPr>
                <w:rFonts w:asciiTheme="majorHAnsi" w:hAnsiTheme="majorHAnsi" w:cstheme="majorHAnsi"/>
                <w:b/>
                <w:sz w:val="20"/>
              </w:rPr>
              <w:br/>
            </w:r>
          </w:p>
        </w:tc>
        <w:tc>
          <w:tcPr>
            <w:tcW w:w="5100" w:type="dxa"/>
            <w:shd w:val="clear" w:color="auto" w:fill="EDE7F6"/>
          </w:tcPr>
          <w:p w14:paraId="1AF8612D" w14:textId="6E074005" w:rsidR="00154D52" w:rsidRPr="00353691" w:rsidRDefault="00353691">
            <w:pPr>
              <w:rPr>
                <w:rFonts w:asciiTheme="majorHAnsi" w:hAnsiTheme="majorHAnsi" w:cstheme="majorHAnsi"/>
              </w:rPr>
            </w:pPr>
            <w:r w:rsidRPr="00353691">
              <w:rPr>
                <w:rFonts w:asciiTheme="majorHAnsi" w:hAnsiTheme="majorHAnsi" w:cstheme="majorHAnsi"/>
                <w:b/>
                <w:sz w:val="20"/>
              </w:rPr>
              <w:t>RAZA</w:t>
            </w:r>
            <w:r w:rsidRPr="00353691">
              <w:rPr>
                <w:rFonts w:asciiTheme="majorHAnsi" w:hAnsiTheme="majorHAnsi" w:cstheme="majorHAnsi"/>
                <w:b/>
                <w:sz w:val="20"/>
              </w:rPr>
              <w:br/>
            </w:r>
          </w:p>
        </w:tc>
      </w:tr>
      <w:tr w:rsidR="00154D52" w:rsidRPr="00353691" w14:paraId="0DACF007" w14:textId="77777777" w:rsidTr="00353691">
        <w:trPr>
          <w:trHeight w:val="991"/>
        </w:trPr>
        <w:tc>
          <w:tcPr>
            <w:tcW w:w="5100" w:type="dxa"/>
            <w:shd w:val="clear" w:color="auto" w:fill="EDE7F6"/>
          </w:tcPr>
          <w:p w14:paraId="434F9C09" w14:textId="76723DAA" w:rsidR="00154D52" w:rsidRPr="00353691" w:rsidRDefault="00353691">
            <w:pPr>
              <w:rPr>
                <w:rFonts w:asciiTheme="majorHAnsi" w:hAnsiTheme="majorHAnsi" w:cstheme="majorHAnsi"/>
              </w:rPr>
            </w:pPr>
            <w:r w:rsidRPr="00353691">
              <w:rPr>
                <w:rFonts w:asciiTheme="majorHAnsi" w:hAnsiTheme="majorHAnsi" w:cstheme="majorHAnsi"/>
                <w:b/>
                <w:sz w:val="20"/>
              </w:rPr>
              <w:t>EDAD / CATEGORÍA</w:t>
            </w:r>
            <w:r w:rsidRPr="00353691">
              <w:rPr>
                <w:rFonts w:asciiTheme="majorHAnsi" w:hAnsiTheme="majorHAnsi" w:cstheme="majorHAnsi"/>
                <w:b/>
                <w:sz w:val="20"/>
              </w:rPr>
              <w:br/>
            </w:r>
          </w:p>
        </w:tc>
        <w:tc>
          <w:tcPr>
            <w:tcW w:w="5100" w:type="dxa"/>
            <w:shd w:val="clear" w:color="auto" w:fill="EDE7F6"/>
          </w:tcPr>
          <w:p w14:paraId="6021D9C9" w14:textId="0413D4C7" w:rsidR="00154D52" w:rsidRPr="00353691" w:rsidRDefault="00353691">
            <w:pPr>
              <w:rPr>
                <w:rFonts w:asciiTheme="majorHAnsi" w:hAnsiTheme="majorHAnsi" w:cstheme="majorHAnsi"/>
              </w:rPr>
            </w:pPr>
            <w:r w:rsidRPr="00353691">
              <w:rPr>
                <w:rFonts w:asciiTheme="majorHAnsi" w:hAnsiTheme="majorHAnsi" w:cstheme="majorHAnsi"/>
                <w:b/>
                <w:sz w:val="20"/>
              </w:rPr>
              <w:t>SEXO</w:t>
            </w:r>
            <w:r w:rsidRPr="00353691">
              <w:rPr>
                <w:rFonts w:asciiTheme="majorHAnsi" w:hAnsiTheme="majorHAnsi" w:cstheme="majorHAnsi"/>
                <w:b/>
                <w:sz w:val="20"/>
              </w:rPr>
              <w:br/>
            </w:r>
          </w:p>
        </w:tc>
      </w:tr>
      <w:tr w:rsidR="00154D52" w:rsidRPr="00353691" w14:paraId="77A3FD5B" w14:textId="77777777" w:rsidTr="00353691">
        <w:trPr>
          <w:trHeight w:val="977"/>
        </w:trPr>
        <w:tc>
          <w:tcPr>
            <w:tcW w:w="5100" w:type="dxa"/>
            <w:shd w:val="clear" w:color="auto" w:fill="EDE7F6"/>
          </w:tcPr>
          <w:p w14:paraId="3E81079F" w14:textId="5A1749D3" w:rsidR="00154D52" w:rsidRPr="00353691" w:rsidRDefault="00353691">
            <w:pPr>
              <w:rPr>
                <w:rFonts w:asciiTheme="majorHAnsi" w:hAnsiTheme="majorHAnsi" w:cstheme="majorHAnsi"/>
              </w:rPr>
            </w:pPr>
            <w:r w:rsidRPr="00353691">
              <w:rPr>
                <w:rFonts w:asciiTheme="majorHAnsi" w:hAnsiTheme="majorHAnsi" w:cstheme="majorHAnsi"/>
                <w:b/>
                <w:sz w:val="20"/>
              </w:rPr>
              <w:t>IDENTIFICACIÓN (NOMBRE, CARAVANA)</w:t>
            </w:r>
            <w:r w:rsidRPr="00353691">
              <w:rPr>
                <w:rFonts w:asciiTheme="majorHAnsi" w:hAnsiTheme="majorHAnsi" w:cstheme="majorHAnsi"/>
                <w:b/>
                <w:sz w:val="20"/>
              </w:rPr>
              <w:br/>
            </w:r>
          </w:p>
        </w:tc>
        <w:tc>
          <w:tcPr>
            <w:tcW w:w="5100" w:type="dxa"/>
            <w:shd w:val="clear" w:color="auto" w:fill="EDE7F6"/>
          </w:tcPr>
          <w:p w14:paraId="770E38BF" w14:textId="7CD3A7F0" w:rsidR="00154D52" w:rsidRPr="00353691" w:rsidRDefault="00353691">
            <w:pPr>
              <w:rPr>
                <w:rFonts w:asciiTheme="majorHAnsi" w:hAnsiTheme="majorHAnsi" w:cstheme="majorHAnsi"/>
              </w:rPr>
            </w:pPr>
            <w:r w:rsidRPr="00353691">
              <w:rPr>
                <w:rFonts w:asciiTheme="majorHAnsi" w:hAnsiTheme="majorHAnsi" w:cstheme="majorHAnsi"/>
                <w:b/>
                <w:sz w:val="20"/>
              </w:rPr>
              <w:t>PESO</w:t>
            </w:r>
            <w:r w:rsidRPr="00353691">
              <w:rPr>
                <w:rFonts w:asciiTheme="majorHAnsi" w:hAnsiTheme="majorHAnsi" w:cstheme="majorHAnsi"/>
                <w:b/>
                <w:sz w:val="20"/>
              </w:rPr>
              <w:br/>
            </w:r>
          </w:p>
        </w:tc>
      </w:tr>
    </w:tbl>
    <w:p w14:paraId="693B8391" w14:textId="77777777" w:rsidR="00154D52" w:rsidRPr="00353691" w:rsidRDefault="00154D52">
      <w:pPr>
        <w:rPr>
          <w:rFonts w:asciiTheme="majorHAnsi" w:hAnsiTheme="majorHAnsi" w:cstheme="majorHAnsi"/>
        </w:rPr>
      </w:pPr>
    </w:p>
    <w:p w14:paraId="2B334717" w14:textId="77777777" w:rsidR="00154D52" w:rsidRPr="00353691" w:rsidRDefault="00000000">
      <w:pPr>
        <w:rPr>
          <w:rFonts w:asciiTheme="majorHAnsi" w:hAnsiTheme="majorHAnsi" w:cstheme="majorHAnsi"/>
        </w:rPr>
      </w:pPr>
      <w:r w:rsidRPr="00353691">
        <w:rPr>
          <w:rFonts w:asciiTheme="majorHAnsi" w:hAnsiTheme="majorHAnsi" w:cstheme="majorHAnsi"/>
          <w:b/>
          <w:sz w:val="26"/>
        </w:rPr>
        <w:t>2. INFORMACIÓN DE LA MUESTRA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100"/>
        <w:gridCol w:w="5100"/>
      </w:tblGrid>
      <w:tr w:rsidR="00154D52" w:rsidRPr="00353691" w14:paraId="73AB7FCB" w14:textId="77777777" w:rsidTr="00353691">
        <w:trPr>
          <w:trHeight w:val="2477"/>
        </w:trPr>
        <w:tc>
          <w:tcPr>
            <w:tcW w:w="5100" w:type="dxa"/>
            <w:shd w:val="clear" w:color="auto" w:fill="EDE7F6"/>
          </w:tcPr>
          <w:p w14:paraId="693B0908" w14:textId="1A70D176" w:rsidR="00154D52" w:rsidRPr="00353691" w:rsidRDefault="00353691">
            <w:pPr>
              <w:rPr>
                <w:rFonts w:asciiTheme="majorHAnsi" w:hAnsiTheme="majorHAnsi" w:cstheme="majorHAnsi"/>
              </w:rPr>
            </w:pPr>
            <w:r w:rsidRPr="00353691">
              <w:rPr>
                <w:rFonts w:asciiTheme="majorHAnsi" w:hAnsiTheme="majorHAnsi" w:cstheme="majorHAnsi"/>
                <w:b/>
                <w:sz w:val="20"/>
              </w:rPr>
              <w:t>MATERIAL REMITIDO</w:t>
            </w:r>
            <w:r w:rsidRPr="00353691">
              <w:rPr>
                <w:rFonts w:asciiTheme="majorHAnsi" w:hAnsiTheme="majorHAnsi" w:cstheme="majorHAnsi"/>
                <w:b/>
                <w:sz w:val="20"/>
              </w:rPr>
              <w:br/>
            </w:r>
          </w:p>
        </w:tc>
        <w:tc>
          <w:tcPr>
            <w:tcW w:w="5100" w:type="dxa"/>
            <w:shd w:val="clear" w:color="auto" w:fill="EDE7F6"/>
          </w:tcPr>
          <w:p w14:paraId="18D66348" w14:textId="76B2B08E" w:rsidR="00154D52" w:rsidRPr="00353691" w:rsidRDefault="00353691">
            <w:pPr>
              <w:rPr>
                <w:rFonts w:asciiTheme="majorHAnsi" w:hAnsiTheme="majorHAnsi" w:cstheme="majorHAnsi"/>
              </w:rPr>
            </w:pPr>
            <w:r w:rsidRPr="00353691">
              <w:rPr>
                <w:rFonts w:asciiTheme="majorHAnsi" w:hAnsiTheme="majorHAnsi" w:cstheme="majorHAnsi"/>
                <w:b/>
                <w:sz w:val="20"/>
              </w:rPr>
              <w:t>CANTIDAD DE MUESTRAS</w:t>
            </w:r>
            <w:r w:rsidRPr="00353691">
              <w:rPr>
                <w:rFonts w:asciiTheme="majorHAnsi" w:hAnsiTheme="majorHAnsi" w:cstheme="majorHAnsi"/>
                <w:b/>
                <w:sz w:val="20"/>
              </w:rPr>
              <w:br/>
            </w:r>
          </w:p>
        </w:tc>
      </w:tr>
      <w:tr w:rsidR="00154D52" w:rsidRPr="00353691" w14:paraId="3098A0D9" w14:textId="77777777" w:rsidTr="00353691">
        <w:trPr>
          <w:trHeight w:val="946"/>
        </w:trPr>
        <w:tc>
          <w:tcPr>
            <w:tcW w:w="5100" w:type="dxa"/>
            <w:shd w:val="clear" w:color="auto" w:fill="EDE7F6"/>
          </w:tcPr>
          <w:p w14:paraId="15528942" w14:textId="7B81D0D5" w:rsidR="00154D52" w:rsidRPr="00353691" w:rsidRDefault="00353691">
            <w:pPr>
              <w:rPr>
                <w:rFonts w:asciiTheme="majorHAnsi" w:hAnsiTheme="majorHAnsi" w:cstheme="majorHAnsi"/>
              </w:rPr>
            </w:pPr>
            <w:r w:rsidRPr="00353691">
              <w:rPr>
                <w:rFonts w:asciiTheme="majorHAnsi" w:hAnsiTheme="majorHAnsi" w:cstheme="majorHAnsi"/>
                <w:b/>
                <w:sz w:val="20"/>
              </w:rPr>
              <w:t>TIPO DE CONSERVACIÓN</w:t>
            </w:r>
            <w:r w:rsidRPr="00353691">
              <w:rPr>
                <w:rFonts w:asciiTheme="majorHAnsi" w:hAnsiTheme="majorHAnsi" w:cstheme="majorHAnsi"/>
                <w:b/>
                <w:sz w:val="20"/>
              </w:rPr>
              <w:br/>
            </w:r>
          </w:p>
        </w:tc>
        <w:tc>
          <w:tcPr>
            <w:tcW w:w="5100" w:type="dxa"/>
            <w:shd w:val="clear" w:color="auto" w:fill="EDE7F6"/>
          </w:tcPr>
          <w:p w14:paraId="1A685BDB" w14:textId="255FAE77" w:rsidR="00154D52" w:rsidRPr="00353691" w:rsidRDefault="00353691">
            <w:pPr>
              <w:rPr>
                <w:rFonts w:asciiTheme="majorHAnsi" w:hAnsiTheme="majorHAnsi" w:cstheme="majorHAnsi"/>
              </w:rPr>
            </w:pPr>
            <w:r w:rsidRPr="00353691">
              <w:rPr>
                <w:rFonts w:asciiTheme="majorHAnsi" w:hAnsiTheme="majorHAnsi" w:cstheme="majorHAnsi"/>
                <w:b/>
                <w:sz w:val="20"/>
              </w:rPr>
              <w:t>FECHA DE REMISIÓN</w:t>
            </w:r>
            <w:r w:rsidRPr="00353691">
              <w:rPr>
                <w:rFonts w:asciiTheme="majorHAnsi" w:hAnsiTheme="majorHAnsi" w:cstheme="majorHAnsi"/>
                <w:b/>
                <w:sz w:val="20"/>
              </w:rPr>
              <w:br/>
            </w:r>
          </w:p>
        </w:tc>
      </w:tr>
      <w:tr w:rsidR="00154D52" w:rsidRPr="00353691" w14:paraId="2033BA74" w14:textId="77777777" w:rsidTr="00353691">
        <w:trPr>
          <w:trHeight w:val="1408"/>
        </w:trPr>
        <w:tc>
          <w:tcPr>
            <w:tcW w:w="5100" w:type="dxa"/>
            <w:shd w:val="clear" w:color="auto" w:fill="EDE7F6"/>
          </w:tcPr>
          <w:p w14:paraId="6A5F78D3" w14:textId="4F2F6772" w:rsidR="00154D52" w:rsidRPr="00353691" w:rsidRDefault="00353691">
            <w:pPr>
              <w:rPr>
                <w:rFonts w:asciiTheme="majorHAnsi" w:hAnsiTheme="majorHAnsi" w:cstheme="majorHAnsi"/>
              </w:rPr>
            </w:pPr>
            <w:r w:rsidRPr="00353691">
              <w:rPr>
                <w:rFonts w:asciiTheme="majorHAnsi" w:hAnsiTheme="majorHAnsi" w:cstheme="majorHAnsi"/>
                <w:b/>
                <w:sz w:val="20"/>
              </w:rPr>
              <w:t>DIAGNÓSTICO PRESUNTIVO</w:t>
            </w:r>
            <w:r w:rsidRPr="00353691">
              <w:rPr>
                <w:rFonts w:asciiTheme="majorHAnsi" w:hAnsiTheme="majorHAnsi" w:cstheme="majorHAnsi"/>
                <w:b/>
                <w:sz w:val="20"/>
              </w:rPr>
              <w:br/>
            </w:r>
          </w:p>
        </w:tc>
        <w:tc>
          <w:tcPr>
            <w:tcW w:w="5100" w:type="dxa"/>
            <w:shd w:val="clear" w:color="auto" w:fill="EDE7F6"/>
          </w:tcPr>
          <w:p w14:paraId="6BAB283E" w14:textId="6B79985C" w:rsidR="00154D52" w:rsidRPr="00353691" w:rsidRDefault="00353691">
            <w:pPr>
              <w:rPr>
                <w:rFonts w:asciiTheme="majorHAnsi" w:hAnsiTheme="majorHAnsi" w:cstheme="majorHAnsi"/>
              </w:rPr>
            </w:pPr>
            <w:r w:rsidRPr="00353691">
              <w:rPr>
                <w:rFonts w:asciiTheme="majorHAnsi" w:hAnsiTheme="majorHAnsi" w:cstheme="majorHAnsi"/>
                <w:b/>
                <w:sz w:val="20"/>
              </w:rPr>
              <w:t>ANÁLISIS SOLICITADOS</w:t>
            </w:r>
            <w:r w:rsidRPr="00353691">
              <w:rPr>
                <w:rFonts w:asciiTheme="majorHAnsi" w:hAnsiTheme="majorHAnsi" w:cstheme="majorHAnsi"/>
                <w:b/>
                <w:sz w:val="20"/>
              </w:rPr>
              <w:br/>
            </w:r>
          </w:p>
        </w:tc>
      </w:tr>
    </w:tbl>
    <w:p w14:paraId="7B84A537" w14:textId="77777777" w:rsidR="00154D52" w:rsidRPr="00353691" w:rsidRDefault="00154D52">
      <w:pPr>
        <w:rPr>
          <w:rFonts w:asciiTheme="majorHAnsi" w:hAnsiTheme="majorHAnsi" w:cstheme="majorHAnsi"/>
        </w:rPr>
      </w:pPr>
    </w:p>
    <w:p w14:paraId="6631E91E" w14:textId="77777777" w:rsidR="00353691" w:rsidRPr="00353691" w:rsidRDefault="00353691">
      <w:pPr>
        <w:rPr>
          <w:rFonts w:asciiTheme="majorHAnsi" w:hAnsiTheme="majorHAnsi" w:cstheme="majorHAnsi"/>
          <w:b/>
          <w:color w:val="4B004B"/>
          <w:sz w:val="24"/>
        </w:rPr>
      </w:pPr>
    </w:p>
    <w:p w14:paraId="764CCD2F" w14:textId="77777777" w:rsidR="00353691" w:rsidRPr="00353691" w:rsidRDefault="00353691">
      <w:pPr>
        <w:rPr>
          <w:rFonts w:asciiTheme="majorHAnsi" w:hAnsiTheme="majorHAnsi" w:cstheme="majorHAnsi"/>
          <w:b/>
          <w:color w:val="4B004B"/>
          <w:sz w:val="24"/>
        </w:rPr>
      </w:pPr>
    </w:p>
    <w:p w14:paraId="2AC32E36" w14:textId="7B687909" w:rsidR="00154D52" w:rsidRPr="00353691" w:rsidRDefault="00000000">
      <w:pPr>
        <w:rPr>
          <w:rFonts w:asciiTheme="majorHAnsi" w:hAnsiTheme="majorHAnsi" w:cstheme="majorHAnsi"/>
        </w:rPr>
      </w:pPr>
      <w:r w:rsidRPr="00353691">
        <w:rPr>
          <w:rFonts w:asciiTheme="majorHAnsi" w:hAnsiTheme="majorHAnsi" w:cstheme="majorHAnsi"/>
          <w:b/>
          <w:sz w:val="24"/>
        </w:rPr>
        <w:lastRenderedPageBreak/>
        <w:t>DATOS CLÍNICOS / NECROPSIA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200"/>
      </w:tblGrid>
      <w:tr w:rsidR="00154D52" w:rsidRPr="00353691" w14:paraId="086DAAF1" w14:textId="77777777" w:rsidTr="00353691">
        <w:trPr>
          <w:trHeight w:val="3478"/>
        </w:trPr>
        <w:tc>
          <w:tcPr>
            <w:tcW w:w="10200" w:type="dxa"/>
            <w:shd w:val="clear" w:color="auto" w:fill="F8F5FB"/>
          </w:tcPr>
          <w:p w14:paraId="1CD09194" w14:textId="77777777" w:rsidR="00154D52" w:rsidRPr="00353691" w:rsidRDefault="00000000">
            <w:pPr>
              <w:rPr>
                <w:rFonts w:asciiTheme="majorHAnsi" w:hAnsiTheme="majorHAnsi" w:cstheme="majorHAnsi"/>
              </w:rPr>
            </w:pPr>
            <w:r w:rsidRPr="00353691">
              <w:rPr>
                <w:rFonts w:asciiTheme="majorHAnsi" w:hAnsiTheme="majorHAnsi" w:cstheme="majorHAnsi"/>
              </w:rPr>
              <w:br/>
            </w:r>
            <w:r w:rsidRPr="00353691">
              <w:rPr>
                <w:rFonts w:asciiTheme="majorHAnsi" w:hAnsiTheme="majorHAnsi" w:cstheme="majorHAnsi"/>
              </w:rPr>
              <w:br/>
            </w:r>
            <w:r w:rsidRPr="00353691">
              <w:rPr>
                <w:rFonts w:asciiTheme="majorHAnsi" w:hAnsiTheme="majorHAnsi" w:cstheme="majorHAnsi"/>
              </w:rPr>
              <w:br/>
            </w:r>
            <w:r w:rsidRPr="00353691">
              <w:rPr>
                <w:rFonts w:asciiTheme="majorHAnsi" w:hAnsiTheme="majorHAnsi" w:cstheme="majorHAnsi"/>
              </w:rPr>
              <w:br/>
            </w:r>
            <w:r w:rsidRPr="00353691">
              <w:rPr>
                <w:rFonts w:asciiTheme="majorHAnsi" w:hAnsiTheme="majorHAnsi" w:cstheme="majorHAnsi"/>
              </w:rPr>
              <w:br/>
            </w:r>
          </w:p>
        </w:tc>
      </w:tr>
    </w:tbl>
    <w:p w14:paraId="7243A0A9" w14:textId="77777777" w:rsidR="00154D52" w:rsidRPr="00353691" w:rsidRDefault="00154D52">
      <w:pPr>
        <w:rPr>
          <w:rFonts w:asciiTheme="majorHAnsi" w:hAnsiTheme="majorHAnsi" w:cstheme="majorHAnsi"/>
        </w:rPr>
      </w:pPr>
    </w:p>
    <w:p w14:paraId="27776DAE" w14:textId="77777777" w:rsidR="00154D52" w:rsidRPr="00353691" w:rsidRDefault="00000000">
      <w:pPr>
        <w:rPr>
          <w:rFonts w:asciiTheme="majorHAnsi" w:hAnsiTheme="majorHAnsi" w:cstheme="majorHAnsi"/>
        </w:rPr>
      </w:pPr>
      <w:r w:rsidRPr="00353691">
        <w:rPr>
          <w:rFonts w:asciiTheme="majorHAnsi" w:hAnsiTheme="majorHAnsi" w:cstheme="majorHAnsi"/>
          <w:b/>
          <w:sz w:val="26"/>
        </w:rPr>
        <w:t>3. INFORMACIÓN DEL PROPIETARIO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100"/>
        <w:gridCol w:w="5100"/>
      </w:tblGrid>
      <w:tr w:rsidR="00154D52" w:rsidRPr="00353691" w14:paraId="5C604592" w14:textId="77777777" w:rsidTr="00353691">
        <w:trPr>
          <w:trHeight w:val="1062"/>
        </w:trPr>
        <w:tc>
          <w:tcPr>
            <w:tcW w:w="5100" w:type="dxa"/>
            <w:shd w:val="clear" w:color="auto" w:fill="EDE7F6"/>
          </w:tcPr>
          <w:p w14:paraId="2BB77079" w14:textId="0FA33035" w:rsidR="00154D52" w:rsidRPr="00353691" w:rsidRDefault="00353691">
            <w:pPr>
              <w:rPr>
                <w:rFonts w:asciiTheme="majorHAnsi" w:hAnsiTheme="majorHAnsi" w:cstheme="majorHAnsi"/>
              </w:rPr>
            </w:pPr>
            <w:r w:rsidRPr="00353691">
              <w:rPr>
                <w:rFonts w:asciiTheme="majorHAnsi" w:hAnsiTheme="majorHAnsi" w:cstheme="majorHAnsi"/>
                <w:b/>
                <w:sz w:val="20"/>
              </w:rPr>
              <w:t>NOMBRE / RAZÓN SOCIAL</w:t>
            </w:r>
            <w:r w:rsidRPr="00353691">
              <w:rPr>
                <w:rFonts w:asciiTheme="majorHAnsi" w:hAnsiTheme="majorHAnsi" w:cstheme="majorHAnsi"/>
                <w:b/>
                <w:sz w:val="20"/>
              </w:rPr>
              <w:br/>
            </w:r>
          </w:p>
        </w:tc>
        <w:tc>
          <w:tcPr>
            <w:tcW w:w="5100" w:type="dxa"/>
            <w:shd w:val="clear" w:color="auto" w:fill="EDE7F6"/>
          </w:tcPr>
          <w:p w14:paraId="376297A4" w14:textId="1326C065" w:rsidR="00154D52" w:rsidRPr="00353691" w:rsidRDefault="00353691">
            <w:pPr>
              <w:rPr>
                <w:rFonts w:asciiTheme="majorHAnsi" w:hAnsiTheme="majorHAnsi" w:cstheme="majorHAnsi"/>
              </w:rPr>
            </w:pPr>
            <w:r w:rsidRPr="00353691">
              <w:rPr>
                <w:rFonts w:asciiTheme="majorHAnsi" w:hAnsiTheme="majorHAnsi" w:cstheme="majorHAnsi"/>
                <w:b/>
                <w:sz w:val="20"/>
              </w:rPr>
              <w:t>CUIT / CUIL</w:t>
            </w:r>
            <w:r w:rsidRPr="00353691">
              <w:rPr>
                <w:rFonts w:asciiTheme="majorHAnsi" w:hAnsiTheme="majorHAnsi" w:cstheme="majorHAnsi"/>
                <w:b/>
                <w:sz w:val="20"/>
              </w:rPr>
              <w:br/>
            </w:r>
          </w:p>
        </w:tc>
      </w:tr>
      <w:tr w:rsidR="00154D52" w:rsidRPr="00353691" w14:paraId="137F5610" w14:textId="77777777" w:rsidTr="00353691">
        <w:trPr>
          <w:trHeight w:val="977"/>
        </w:trPr>
        <w:tc>
          <w:tcPr>
            <w:tcW w:w="5100" w:type="dxa"/>
            <w:shd w:val="clear" w:color="auto" w:fill="EDE7F6"/>
          </w:tcPr>
          <w:p w14:paraId="7459C774" w14:textId="7AEA3AC0" w:rsidR="00154D52" w:rsidRPr="00353691" w:rsidRDefault="00353691">
            <w:pPr>
              <w:rPr>
                <w:rFonts w:asciiTheme="majorHAnsi" w:hAnsiTheme="majorHAnsi" w:cstheme="majorHAnsi"/>
              </w:rPr>
            </w:pPr>
            <w:r w:rsidRPr="00353691">
              <w:rPr>
                <w:rFonts w:asciiTheme="majorHAnsi" w:hAnsiTheme="majorHAnsi" w:cstheme="majorHAnsi"/>
                <w:b/>
                <w:sz w:val="20"/>
              </w:rPr>
              <w:t>DOMICILIO</w:t>
            </w:r>
            <w:r w:rsidRPr="00353691">
              <w:rPr>
                <w:rFonts w:asciiTheme="majorHAnsi" w:hAnsiTheme="majorHAnsi" w:cstheme="majorHAnsi"/>
                <w:b/>
                <w:sz w:val="20"/>
              </w:rPr>
              <w:br/>
            </w:r>
          </w:p>
        </w:tc>
        <w:tc>
          <w:tcPr>
            <w:tcW w:w="5100" w:type="dxa"/>
            <w:shd w:val="clear" w:color="auto" w:fill="EDE7F6"/>
          </w:tcPr>
          <w:p w14:paraId="2340F029" w14:textId="6024CB18" w:rsidR="00154D52" w:rsidRPr="00353691" w:rsidRDefault="00353691">
            <w:pPr>
              <w:rPr>
                <w:rFonts w:asciiTheme="majorHAnsi" w:hAnsiTheme="majorHAnsi" w:cstheme="majorHAnsi"/>
                <w:sz w:val="20"/>
              </w:rPr>
            </w:pPr>
            <w:r w:rsidRPr="00353691">
              <w:rPr>
                <w:rFonts w:asciiTheme="majorHAnsi" w:hAnsiTheme="majorHAnsi" w:cstheme="majorHAnsi"/>
                <w:b/>
                <w:sz w:val="20"/>
              </w:rPr>
              <w:t>LOCALIDAD</w:t>
            </w:r>
            <w:r w:rsidRPr="00353691">
              <w:rPr>
                <w:rFonts w:asciiTheme="majorHAnsi" w:hAnsiTheme="majorHAnsi" w:cstheme="majorHAnsi"/>
                <w:b/>
                <w:sz w:val="20"/>
              </w:rPr>
              <w:br/>
            </w:r>
          </w:p>
          <w:p w14:paraId="3345B00B" w14:textId="7FFD47C2" w:rsidR="00353691" w:rsidRPr="00353691" w:rsidRDefault="00353691" w:rsidP="00353691">
            <w:pPr>
              <w:tabs>
                <w:tab w:val="left" w:pos="1457"/>
              </w:tabs>
              <w:rPr>
                <w:rFonts w:asciiTheme="majorHAnsi" w:hAnsiTheme="majorHAnsi" w:cstheme="majorHAnsi"/>
              </w:rPr>
            </w:pPr>
            <w:r w:rsidRPr="00353691">
              <w:rPr>
                <w:rFonts w:asciiTheme="majorHAnsi" w:hAnsiTheme="majorHAnsi" w:cstheme="majorHAnsi"/>
              </w:rPr>
              <w:tab/>
            </w:r>
          </w:p>
        </w:tc>
      </w:tr>
    </w:tbl>
    <w:p w14:paraId="171562E8" w14:textId="77777777" w:rsidR="00154D52" w:rsidRPr="00353691" w:rsidRDefault="00154D52">
      <w:pPr>
        <w:rPr>
          <w:rFonts w:asciiTheme="majorHAnsi" w:hAnsiTheme="majorHAnsi" w:cstheme="majorHAnsi"/>
        </w:rPr>
      </w:pPr>
    </w:p>
    <w:p w14:paraId="2A800F83" w14:textId="77777777" w:rsidR="00154D52" w:rsidRPr="00353691" w:rsidRDefault="00000000">
      <w:pPr>
        <w:rPr>
          <w:rFonts w:asciiTheme="majorHAnsi" w:hAnsiTheme="majorHAnsi" w:cstheme="majorHAnsi"/>
        </w:rPr>
      </w:pPr>
      <w:r w:rsidRPr="00353691">
        <w:rPr>
          <w:rFonts w:asciiTheme="majorHAnsi" w:hAnsiTheme="majorHAnsi" w:cstheme="majorHAnsi"/>
          <w:b/>
          <w:sz w:val="26"/>
        </w:rPr>
        <w:t>4. INFORMACIÓN DEL PROFESIONAL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100"/>
        <w:gridCol w:w="5100"/>
      </w:tblGrid>
      <w:tr w:rsidR="00154D52" w:rsidRPr="00353691" w14:paraId="1081BE4F" w14:textId="77777777" w:rsidTr="00353691">
        <w:trPr>
          <w:trHeight w:val="1079"/>
        </w:trPr>
        <w:tc>
          <w:tcPr>
            <w:tcW w:w="5100" w:type="dxa"/>
            <w:shd w:val="clear" w:color="auto" w:fill="EDE7F6"/>
          </w:tcPr>
          <w:p w14:paraId="0DDFD508" w14:textId="2616BF41" w:rsidR="00154D52" w:rsidRPr="00353691" w:rsidRDefault="00353691">
            <w:pPr>
              <w:rPr>
                <w:rFonts w:asciiTheme="majorHAnsi" w:hAnsiTheme="majorHAnsi" w:cstheme="majorHAnsi"/>
              </w:rPr>
            </w:pPr>
            <w:r w:rsidRPr="00353691">
              <w:rPr>
                <w:rFonts w:asciiTheme="majorHAnsi" w:hAnsiTheme="majorHAnsi" w:cstheme="majorHAnsi"/>
                <w:b/>
                <w:sz w:val="20"/>
              </w:rPr>
              <w:t>PROFESIONAL COMITENTE</w:t>
            </w:r>
            <w:r w:rsidRPr="00353691">
              <w:rPr>
                <w:rFonts w:asciiTheme="majorHAnsi" w:hAnsiTheme="majorHAnsi" w:cstheme="majorHAnsi"/>
                <w:b/>
                <w:sz w:val="20"/>
              </w:rPr>
              <w:br/>
            </w:r>
          </w:p>
        </w:tc>
        <w:tc>
          <w:tcPr>
            <w:tcW w:w="5100" w:type="dxa"/>
            <w:shd w:val="clear" w:color="auto" w:fill="EDE7F6"/>
          </w:tcPr>
          <w:p w14:paraId="5EFC4F79" w14:textId="7EAABC2F" w:rsidR="00154D52" w:rsidRPr="00353691" w:rsidRDefault="00353691">
            <w:pPr>
              <w:rPr>
                <w:rFonts w:asciiTheme="majorHAnsi" w:hAnsiTheme="majorHAnsi" w:cstheme="majorHAnsi"/>
              </w:rPr>
            </w:pPr>
            <w:r w:rsidRPr="00353691">
              <w:rPr>
                <w:rFonts w:asciiTheme="majorHAnsi" w:hAnsiTheme="majorHAnsi" w:cstheme="majorHAnsi"/>
                <w:b/>
                <w:sz w:val="20"/>
              </w:rPr>
              <w:t>DNI</w:t>
            </w:r>
            <w:r w:rsidRPr="00353691">
              <w:rPr>
                <w:rFonts w:asciiTheme="majorHAnsi" w:hAnsiTheme="majorHAnsi" w:cstheme="majorHAnsi"/>
                <w:b/>
                <w:sz w:val="20"/>
              </w:rPr>
              <w:br/>
            </w:r>
          </w:p>
        </w:tc>
      </w:tr>
      <w:tr w:rsidR="00154D52" w:rsidRPr="00353691" w14:paraId="461DDF8F" w14:textId="77777777" w:rsidTr="00353691">
        <w:trPr>
          <w:trHeight w:val="1123"/>
        </w:trPr>
        <w:tc>
          <w:tcPr>
            <w:tcW w:w="5100" w:type="dxa"/>
            <w:shd w:val="clear" w:color="auto" w:fill="EDE7F6"/>
          </w:tcPr>
          <w:p w14:paraId="5C6E9F02" w14:textId="2D658CCA" w:rsidR="00154D52" w:rsidRPr="00353691" w:rsidRDefault="00353691">
            <w:pPr>
              <w:rPr>
                <w:rFonts w:asciiTheme="majorHAnsi" w:hAnsiTheme="majorHAnsi" w:cstheme="majorHAnsi"/>
              </w:rPr>
            </w:pPr>
            <w:r w:rsidRPr="00353691">
              <w:rPr>
                <w:rFonts w:asciiTheme="majorHAnsi" w:hAnsiTheme="majorHAnsi" w:cstheme="majorHAnsi"/>
                <w:b/>
                <w:sz w:val="20"/>
              </w:rPr>
              <w:t>CORREO ELECTRÓNICO</w:t>
            </w:r>
            <w:r w:rsidRPr="00353691">
              <w:rPr>
                <w:rFonts w:asciiTheme="majorHAnsi" w:hAnsiTheme="majorHAnsi" w:cstheme="majorHAnsi"/>
                <w:b/>
                <w:sz w:val="20"/>
              </w:rPr>
              <w:br/>
            </w:r>
          </w:p>
        </w:tc>
        <w:tc>
          <w:tcPr>
            <w:tcW w:w="5100" w:type="dxa"/>
            <w:shd w:val="clear" w:color="auto" w:fill="EDE7F6"/>
          </w:tcPr>
          <w:p w14:paraId="1AD7066A" w14:textId="6EA7AB73" w:rsidR="00154D52" w:rsidRPr="00353691" w:rsidRDefault="00353691">
            <w:pPr>
              <w:rPr>
                <w:rFonts w:asciiTheme="majorHAnsi" w:hAnsiTheme="majorHAnsi" w:cstheme="majorHAnsi"/>
              </w:rPr>
            </w:pPr>
            <w:r w:rsidRPr="00353691">
              <w:rPr>
                <w:rFonts w:asciiTheme="majorHAnsi" w:hAnsiTheme="majorHAnsi" w:cstheme="majorHAnsi"/>
                <w:b/>
                <w:sz w:val="20"/>
              </w:rPr>
              <w:t>TELÉFONO</w:t>
            </w:r>
            <w:r w:rsidRPr="00353691">
              <w:rPr>
                <w:rFonts w:asciiTheme="majorHAnsi" w:hAnsiTheme="majorHAnsi" w:cstheme="majorHAnsi"/>
                <w:b/>
                <w:sz w:val="20"/>
              </w:rPr>
              <w:br/>
            </w:r>
          </w:p>
        </w:tc>
      </w:tr>
    </w:tbl>
    <w:p w14:paraId="03163CA1" w14:textId="77777777" w:rsidR="00154D52" w:rsidRPr="00353691" w:rsidRDefault="00154D52">
      <w:pPr>
        <w:rPr>
          <w:rFonts w:asciiTheme="majorHAnsi" w:hAnsiTheme="majorHAnsi" w:cstheme="maj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100"/>
        <w:gridCol w:w="5100"/>
      </w:tblGrid>
      <w:tr w:rsidR="00154D52" w:rsidRPr="00353691" w14:paraId="7D316236" w14:textId="77777777" w:rsidTr="00353691">
        <w:trPr>
          <w:trHeight w:val="1458"/>
        </w:trPr>
        <w:tc>
          <w:tcPr>
            <w:tcW w:w="5100" w:type="dxa"/>
          </w:tcPr>
          <w:p w14:paraId="696B838A" w14:textId="6FFD6BD9" w:rsidR="00353691" w:rsidRPr="00353691" w:rsidRDefault="00353691">
            <w:pPr>
              <w:rPr>
                <w:rFonts w:asciiTheme="majorHAnsi" w:hAnsiTheme="majorHAnsi" w:cstheme="majorHAnsi"/>
              </w:rPr>
            </w:pPr>
            <w:r w:rsidRPr="00353691">
              <w:rPr>
                <w:rFonts w:asciiTheme="majorHAnsi" w:hAnsiTheme="majorHAnsi" w:cstheme="majorHAnsi"/>
              </w:rPr>
              <w:br/>
            </w:r>
            <w:r w:rsidRPr="00353691">
              <w:rPr>
                <w:rFonts w:asciiTheme="majorHAnsi" w:hAnsiTheme="majorHAnsi" w:cstheme="majorHAnsi"/>
              </w:rPr>
              <w:br/>
            </w:r>
          </w:p>
          <w:p w14:paraId="55230A41" w14:textId="77777777" w:rsidR="00353691" w:rsidRPr="00353691" w:rsidRDefault="00353691">
            <w:pPr>
              <w:rPr>
                <w:rFonts w:asciiTheme="majorHAnsi" w:hAnsiTheme="majorHAnsi" w:cstheme="majorHAnsi"/>
              </w:rPr>
            </w:pPr>
          </w:p>
          <w:p w14:paraId="0720B180" w14:textId="14B57CD2" w:rsidR="00154D52" w:rsidRPr="00353691" w:rsidRDefault="00353691" w:rsidP="00353691">
            <w:pPr>
              <w:jc w:val="center"/>
              <w:rPr>
                <w:rFonts w:asciiTheme="majorHAnsi" w:hAnsiTheme="majorHAnsi" w:cstheme="majorHAnsi"/>
              </w:rPr>
            </w:pPr>
            <w:r w:rsidRPr="00353691">
              <w:rPr>
                <w:rFonts w:asciiTheme="majorHAnsi" w:hAnsiTheme="majorHAnsi" w:cstheme="majorHAnsi"/>
              </w:rPr>
              <w:t>FIRMA Y SELLO DEL PROFESIONAL</w:t>
            </w:r>
          </w:p>
        </w:tc>
        <w:tc>
          <w:tcPr>
            <w:tcW w:w="5100" w:type="dxa"/>
          </w:tcPr>
          <w:p w14:paraId="7AA1BD4D" w14:textId="4A7FD8F0" w:rsidR="00353691" w:rsidRPr="00353691" w:rsidRDefault="00353691">
            <w:pPr>
              <w:rPr>
                <w:rFonts w:asciiTheme="majorHAnsi" w:hAnsiTheme="majorHAnsi" w:cstheme="majorHAnsi"/>
              </w:rPr>
            </w:pPr>
            <w:r w:rsidRPr="00353691">
              <w:rPr>
                <w:rFonts w:asciiTheme="majorHAnsi" w:hAnsiTheme="majorHAnsi" w:cstheme="majorHAnsi"/>
              </w:rPr>
              <w:br/>
            </w:r>
            <w:r w:rsidRPr="00353691">
              <w:rPr>
                <w:rFonts w:asciiTheme="majorHAnsi" w:hAnsiTheme="majorHAnsi" w:cstheme="majorHAnsi"/>
              </w:rPr>
              <w:br/>
            </w:r>
          </w:p>
          <w:p w14:paraId="48B5DD10" w14:textId="77777777" w:rsidR="00353691" w:rsidRPr="00353691" w:rsidRDefault="00353691">
            <w:pPr>
              <w:rPr>
                <w:rFonts w:asciiTheme="majorHAnsi" w:hAnsiTheme="majorHAnsi" w:cstheme="majorHAnsi"/>
              </w:rPr>
            </w:pPr>
          </w:p>
          <w:p w14:paraId="0C463A25" w14:textId="42B9CDF3" w:rsidR="00154D52" w:rsidRPr="00353691" w:rsidRDefault="00353691" w:rsidP="00353691">
            <w:pPr>
              <w:jc w:val="center"/>
              <w:rPr>
                <w:rFonts w:asciiTheme="majorHAnsi" w:hAnsiTheme="majorHAnsi" w:cstheme="majorHAnsi"/>
              </w:rPr>
            </w:pPr>
            <w:r w:rsidRPr="00353691">
              <w:rPr>
                <w:rFonts w:asciiTheme="majorHAnsi" w:hAnsiTheme="majorHAnsi" w:cstheme="majorHAnsi"/>
              </w:rPr>
              <w:t>RECEPCIÓN DEL LABORATORIO</w:t>
            </w:r>
          </w:p>
        </w:tc>
      </w:tr>
    </w:tbl>
    <w:p w14:paraId="6A91BF2F" w14:textId="77777777" w:rsidR="003168D9" w:rsidRPr="00353691" w:rsidRDefault="003168D9">
      <w:pPr>
        <w:rPr>
          <w:rFonts w:asciiTheme="majorHAnsi" w:hAnsiTheme="majorHAnsi" w:cstheme="majorHAnsi"/>
        </w:rPr>
      </w:pPr>
    </w:p>
    <w:sectPr w:rsidR="003168D9" w:rsidRPr="00353691" w:rsidSect="00034616">
      <w:headerReference w:type="default" r:id="rId8"/>
      <w:footerReference w:type="default" r:id="rId9"/>
      <w:pgSz w:w="12240" w:h="15840"/>
      <w:pgMar w:top="850" w:right="1020" w:bottom="850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4CD07" w14:textId="77777777" w:rsidR="00BE2599" w:rsidRDefault="00BE2599">
      <w:pPr>
        <w:spacing w:after="0" w:line="240" w:lineRule="auto"/>
      </w:pPr>
      <w:r>
        <w:separator/>
      </w:r>
    </w:p>
  </w:endnote>
  <w:endnote w:type="continuationSeparator" w:id="0">
    <w:p w14:paraId="493E5B2E" w14:textId="77777777" w:rsidR="00BE2599" w:rsidRDefault="00BE2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87B7A" w14:textId="77777777" w:rsidR="00154D52" w:rsidRDefault="00000000">
    <w:pPr>
      <w:pStyle w:val="Piedepgina"/>
      <w:jc w:val="center"/>
    </w:pPr>
    <w:proofErr w:type="spellStart"/>
    <w:r>
      <w:rPr>
        <w:i/>
        <w:sz w:val="18"/>
      </w:rPr>
      <w:t>Facultad</w:t>
    </w:r>
    <w:proofErr w:type="spellEnd"/>
    <w:r>
      <w:rPr>
        <w:i/>
        <w:sz w:val="18"/>
      </w:rPr>
      <w:t xml:space="preserve"> de </w:t>
    </w:r>
    <w:proofErr w:type="spellStart"/>
    <w:r>
      <w:rPr>
        <w:i/>
        <w:sz w:val="18"/>
      </w:rPr>
      <w:t>Ciencias</w:t>
    </w:r>
    <w:proofErr w:type="spellEnd"/>
    <w:r>
      <w:rPr>
        <w:i/>
        <w:sz w:val="18"/>
      </w:rPr>
      <w:t xml:space="preserve"> </w:t>
    </w:r>
    <w:proofErr w:type="spellStart"/>
    <w:r>
      <w:rPr>
        <w:i/>
        <w:sz w:val="18"/>
      </w:rPr>
      <w:t>Veterinarias</w:t>
    </w:r>
    <w:proofErr w:type="spellEnd"/>
    <w:r>
      <w:rPr>
        <w:i/>
        <w:sz w:val="18"/>
      </w:rPr>
      <w:t xml:space="preserve"> – Universidad Nacional del Litoral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36FBA" w14:textId="77777777" w:rsidR="00BE2599" w:rsidRDefault="00BE2599">
      <w:pPr>
        <w:spacing w:after="0" w:line="240" w:lineRule="auto"/>
      </w:pPr>
      <w:r>
        <w:separator/>
      </w:r>
    </w:p>
  </w:footnote>
  <w:footnote w:type="continuationSeparator" w:id="0">
    <w:p w14:paraId="5C637CE6" w14:textId="77777777" w:rsidR="00BE2599" w:rsidRDefault="00BE25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53A4D" w14:textId="67260EAA" w:rsidR="009E54B8" w:rsidRDefault="00353691" w:rsidP="009E54B8">
    <w:pPr>
      <w:pStyle w:val="Encabezado"/>
    </w:pPr>
    <w:r w:rsidRPr="00353691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4C8EA90" wp14:editId="16F8DBAC">
              <wp:simplePos x="0" y="0"/>
              <wp:positionH relativeFrom="column">
                <wp:posOffset>645160</wp:posOffset>
              </wp:positionH>
              <wp:positionV relativeFrom="paragraph">
                <wp:posOffset>396550</wp:posOffset>
              </wp:positionV>
              <wp:extent cx="2743200" cy="438150"/>
              <wp:effectExtent l="0" t="0" r="0" b="0"/>
              <wp:wrapNone/>
              <wp:docPr id="1875027775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438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66F771" w14:textId="77777777" w:rsidR="009E54B8" w:rsidRPr="00353691" w:rsidRDefault="009E54B8" w:rsidP="009E54B8">
                          <w:pPr>
                            <w:rPr>
                              <w:b/>
                              <w:bCs/>
                              <w:sz w:val="16"/>
                              <w:szCs w:val="16"/>
                              <w:lang w:val="es-MX"/>
                            </w:rPr>
                          </w:pPr>
                          <w:r w:rsidRPr="00353691">
                            <w:rPr>
                              <w:b/>
                              <w:bCs/>
                              <w:sz w:val="16"/>
                              <w:szCs w:val="16"/>
                              <w:lang w:val="es-MX"/>
                            </w:rPr>
                            <w:t>HOSPITAL ESCUELA DE SALUD ANIMAL</w:t>
                          </w:r>
                        </w:p>
                        <w:p w14:paraId="28231EE9" w14:textId="2F9B4AAD" w:rsidR="009E54B8" w:rsidRPr="00353691" w:rsidRDefault="009E54B8" w:rsidP="009E54B8">
                          <w:pPr>
                            <w:rPr>
                              <w:b/>
                              <w:bCs/>
                              <w:sz w:val="16"/>
                              <w:szCs w:val="16"/>
                              <w:lang w:val="es-MX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C8EA90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50.8pt;margin-top:31.2pt;width:3in;height:34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" filled="f" stroked="f">
              <v:textbox>
                <w:txbxContent>
                  <w:p w14:paraId="1266F771" w14:textId="77777777" w:rsidR="009E54B8" w:rsidRPr="00353691" w:rsidRDefault="009E54B8" w:rsidP="009E54B8">
                    <w:pPr>
                      <w:rPr>
                        <w:b/>
                        <w:bCs/>
                        <w:sz w:val="16"/>
                        <w:szCs w:val="16"/>
                        <w:lang w:val="es-MX"/>
                      </w:rPr>
                    </w:pPr>
                    <w:r w:rsidRPr="00353691">
                      <w:rPr>
                        <w:b/>
                        <w:bCs/>
                        <w:sz w:val="16"/>
                        <w:szCs w:val="16"/>
                        <w:lang w:val="es-MX"/>
                      </w:rPr>
                      <w:t>HOSPITAL ESCUELA DE SALUD ANIMAL</w:t>
                    </w:r>
                  </w:p>
                  <w:p w14:paraId="28231EE9" w14:textId="2F9B4AAD" w:rsidR="009E54B8" w:rsidRPr="00353691" w:rsidRDefault="009E54B8" w:rsidP="009E54B8">
                    <w:pPr>
                      <w:rPr>
                        <w:b/>
                        <w:bCs/>
                        <w:sz w:val="16"/>
                        <w:szCs w:val="16"/>
                        <w:lang w:val="es-MX"/>
                      </w:rPr>
                    </w:pPr>
                  </w:p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INCLUDEPICTURE "https://fcv.unl.edu.ar/citec/wp-content/uploads/2019/03/Nuevo_Logo_FCV-01-1024x282.png" \* MERGEFORMATINET </w:instrText>
    </w:r>
    <w:r>
      <w:fldChar w:fldCharType="separate"/>
    </w:r>
    <w:r>
      <w:fldChar w:fldCharType="begin"/>
    </w:r>
    <w:r>
      <w:instrText xml:space="preserve"> INCLUDEPICTURE  "https://fcv.unl.edu.ar/citec/wp-content/uploads/2019/03/Nuevo_Logo_FCV-01-1024x282.png" \* MERGEFORMATINET </w:instrText>
    </w:r>
    <w:r>
      <w:fldChar w:fldCharType="separate"/>
    </w:r>
    <w:r>
      <w:pict w14:anchorId="650947C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alt="Contacto – CITec" style="width:176.25pt;height:48.75pt">
          <v:imagedata r:id="rId1" r:href="rId2"/>
        </v:shape>
      </w:pict>
    </w:r>
    <w:r>
      <w:fldChar w:fldCharType="end"/>
    </w:r>
    <w:r>
      <w:fldChar w:fldCharType="end"/>
    </w:r>
  </w:p>
  <w:p w14:paraId="5CAE0DA8" w14:textId="5AA1C362" w:rsidR="00154D52" w:rsidRDefault="00154D52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92615634">
    <w:abstractNumId w:val="8"/>
  </w:num>
  <w:num w:numId="2" w16cid:durableId="805591090">
    <w:abstractNumId w:val="6"/>
  </w:num>
  <w:num w:numId="3" w16cid:durableId="1160195200">
    <w:abstractNumId w:val="5"/>
  </w:num>
  <w:num w:numId="4" w16cid:durableId="214394982">
    <w:abstractNumId w:val="4"/>
  </w:num>
  <w:num w:numId="5" w16cid:durableId="1232691226">
    <w:abstractNumId w:val="7"/>
  </w:num>
  <w:num w:numId="6" w16cid:durableId="1501503338">
    <w:abstractNumId w:val="3"/>
  </w:num>
  <w:num w:numId="7" w16cid:durableId="1432705358">
    <w:abstractNumId w:val="2"/>
  </w:num>
  <w:num w:numId="8" w16cid:durableId="1739591634">
    <w:abstractNumId w:val="1"/>
  </w:num>
  <w:num w:numId="9" w16cid:durableId="1428574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54D52"/>
    <w:rsid w:val="0029639D"/>
    <w:rsid w:val="003168D9"/>
    <w:rsid w:val="00326F90"/>
    <w:rsid w:val="00353691"/>
    <w:rsid w:val="00461D18"/>
    <w:rsid w:val="00570F1F"/>
    <w:rsid w:val="009E54B8"/>
    <w:rsid w:val="00AA1D8D"/>
    <w:rsid w:val="00B47730"/>
    <w:rsid w:val="00BE2599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469DE9"/>
  <w14:defaultImageDpi w14:val="300"/>
  <w15:docId w15:val="{8DF4328F-FE5F-49DA-9C6E-5CB23143A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fcv.unl.edu.ar/citec/wp-content/uploads/2019/03/Nuevo_Logo_FCV-01-1024x282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102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vanina</cp:lastModifiedBy>
  <cp:revision>3</cp:revision>
  <dcterms:created xsi:type="dcterms:W3CDTF">2013-12-23T23:15:00Z</dcterms:created>
  <dcterms:modified xsi:type="dcterms:W3CDTF">2026-06-01T00:53:00Z</dcterms:modified>
  <cp:category/>
</cp:coreProperties>
</file>